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Attestation de travail</w:t>
      </w:r>
    </w:p>
    <w:p>
      <w:r>
        <w:t>Justificatif d’un emploi en cours à compléter et faire signer par une personne habilitée.</w:t>
      </w:r>
    </w:p>
    <w:p>
      <w:r>
        <w:t>Employeur : [raison sociale]</w:t>
        <w:br/>
        <w:t>Adresse : [adresse complète]</w:t>
        <w:br/>
        <w:t>Immatriculation : [SIRET ou autre référence pertinente]</w:t>
      </w:r>
    </w:p>
    <w:p>
      <w:r>
        <w:t>Je soussigné(e), [nom et prénom], agissant en qualité de [fonction] pour l’employeur désigné ci-dessus, atteste que [nom et prénom du salarié] occupe actuellement le poste de [intitulé du poste] depuis le [date d’entrée].</w:t>
      </w:r>
    </w:p>
    <w:p>
      <w:r>
        <w:t>Type de contrat et durée du travail : [CDI, CDD ou autre contrat ; temps plein ou temps partiel].</w:t>
      </w:r>
    </w:p>
    <w:p>
      <w:r>
        <w:t>Terme prévu, seulement s’il est connu : [date ou événement ; retirer cette ligne si elle ne s’applique pas].</w:t>
      </w:r>
    </w:p>
    <w:p>
      <w:r>
        <w:t>Informations complémentaires demandées par le destinataire : [à compléter uniquement si nécessaire et exact, sinon retirer ce paragraphe].</w:t>
      </w:r>
    </w:p>
    <w:p>
      <w:r>
        <w:t>Cette attestation décrit la situation du salarié à sa date de signature.</w:t>
      </w:r>
    </w:p>
    <w:p>
      <w:r>
        <w:t>Fait à [lieu], le [date].</w:t>
      </w:r>
    </w:p>
    <w:p>
      <w:pPr>
        <w:spacing w:before="320"/>
      </w:pPr>
      <w:r>
        <w:t>Nom et fonction du signataire : [à compléter]</w:t>
      </w:r>
    </w:p>
    <w:p>
      <w:r>
        <w:t>Signature : __________________________________</w:t>
      </w:r>
    </w:p>
    <w:p>
      <w:r>
        <w:br w:type="page"/>
      </w:r>
    </w:p>
    <w:p>
      <w:pPr>
        <w:pStyle w:val="Heading1"/>
      </w:pPr>
      <w:r>
        <w:t>Notice à retirer avant signature</w:t>
      </w:r>
    </w:p>
    <w:p>
      <w:r>
        <w:t>Remplacez tous les champs entre crochets, retirez les options inutiles et cette notice. Vérifiez les informations avec le contrat et le dossier du salarié.</w:t>
      </w:r>
    </w:p>
    <w:p>
      <w:r>
        <w:t>Ce modèle concerne un emploi en cours. Pour une fin de contrat, utilisez le certificat de travail adapté et la procédure officielle d’attestation France Travail. Pour un stage, utilisez une attestation de stage.</w:t>
      </w:r>
    </w:p>
    <w:p>
      <w:r>
        <w:t>Ne renseignez une rémunération ou d’autres données personnelles que si le destinataire en a besoin. Vérifiez les exigences de votre convention collective et de l’organisme destinataire.</w:t>
      </w:r>
    </w:p>
    <w:p>
      <w:r>
        <w:t>Source consultée le 16 septembre 2026 : Code du travail numérique, attestation d’emploi.</w:t>
      </w:r>
    </w:p>
    <w:p>
      <w:r>
        <w:t>https://code.travail.gouv.fr/modeles-de-courriers/attestation-de-travail</w:t>
      </w:r>
    </w:p>
    <w:p>
      <w:r>
        <w:t>Le fichier Word est indépendant du générateur PDF et ne reprend pas les informations saisies sur le site.</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Modèle indépendant · modelefacile.fr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